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549FC" w14:textId="77777777" w:rsidR="00D373A0" w:rsidRPr="00D373A0" w:rsidRDefault="00D373A0" w:rsidP="00D373A0">
      <w:pPr>
        <w:pStyle w:val="NormalWeb"/>
        <w:rPr>
          <w:rFonts w:asciiTheme="minorHAnsi" w:hAnsiTheme="minorHAnsi"/>
        </w:rPr>
      </w:pPr>
      <w:r w:rsidRPr="00D373A0">
        <w:rPr>
          <w:rFonts w:asciiTheme="minorHAnsi" w:hAnsiTheme="minorHAnsi"/>
          <w:noProof/>
        </w:rPr>
        <w:drawing>
          <wp:inline distT="0" distB="0" distL="0" distR="0" wp14:anchorId="77499F0B" wp14:editId="10E2D621">
            <wp:extent cx="5756727" cy="1047906"/>
            <wp:effectExtent l="0" t="0" r="0" b="0"/>
            <wp:docPr id="2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24" cy="10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3A95" w14:textId="775F4F76" w:rsidR="00D373A0" w:rsidRPr="008A7974" w:rsidRDefault="008A7974" w:rsidP="008A7974">
      <w:pPr>
        <w:pStyle w:val="NormalWeb"/>
        <w:ind w:left="-426"/>
        <w:jc w:val="center"/>
        <w:rPr>
          <w:rFonts w:asciiTheme="minorHAnsi" w:hAnsiTheme="minorHAnsi"/>
          <w:b/>
          <w:bCs/>
          <w:color w:val="7030A0"/>
          <w:sz w:val="32"/>
          <w:szCs w:val="32"/>
        </w:rPr>
      </w:pPr>
      <w:r>
        <w:rPr>
          <w:rFonts w:asciiTheme="minorHAnsi" w:hAnsiTheme="minorHAnsi"/>
          <w:b/>
          <w:bCs/>
          <w:color w:val="7030A0"/>
          <w:sz w:val="32"/>
          <w:szCs w:val="32"/>
        </w:rPr>
        <w:t xml:space="preserve">           </w:t>
      </w:r>
      <w:r w:rsidRPr="00D373A0">
        <w:rPr>
          <w:rFonts w:asciiTheme="minorHAnsi" w:hAnsiTheme="minorHAnsi"/>
          <w:b/>
          <w:bCs/>
          <w:color w:val="7030A0"/>
          <w:sz w:val="32"/>
          <w:szCs w:val="32"/>
        </w:rPr>
        <w:t>Calendario – Diplomatura en Moda, Arte Textil y Diseño de la Indumentaria (2026)</w:t>
      </w:r>
    </w:p>
    <w:tbl>
      <w:tblPr>
        <w:tblW w:w="10046" w:type="dxa"/>
        <w:tblLook w:val="04A0" w:firstRow="1" w:lastRow="0" w:firstColumn="1" w:lastColumn="0" w:noHBand="0" w:noVBand="1"/>
      </w:tblPr>
      <w:tblGrid>
        <w:gridCol w:w="1300"/>
        <w:gridCol w:w="807"/>
        <w:gridCol w:w="933"/>
        <w:gridCol w:w="1327"/>
        <w:gridCol w:w="1805"/>
        <w:gridCol w:w="1441"/>
        <w:gridCol w:w="1294"/>
        <w:gridCol w:w="1139"/>
      </w:tblGrid>
      <w:tr w:rsidR="00D373A0" w:rsidRPr="00D373A0" w14:paraId="2E0D4BB4" w14:textId="77777777" w:rsidTr="00F31181">
        <w:tc>
          <w:tcPr>
            <w:tcW w:w="1300" w:type="dxa"/>
          </w:tcPr>
          <w:p w14:paraId="2274D137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Mes</w:t>
            </w:r>
          </w:p>
        </w:tc>
        <w:tc>
          <w:tcPr>
            <w:tcW w:w="807" w:type="dxa"/>
          </w:tcPr>
          <w:p w14:paraId="768AF049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Fecha</w:t>
            </w:r>
          </w:p>
        </w:tc>
        <w:tc>
          <w:tcPr>
            <w:tcW w:w="933" w:type="dxa"/>
          </w:tcPr>
          <w:p w14:paraId="4B312165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Día</w:t>
            </w:r>
          </w:p>
        </w:tc>
        <w:tc>
          <w:tcPr>
            <w:tcW w:w="1327" w:type="dxa"/>
          </w:tcPr>
          <w:p w14:paraId="36DB09B7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Docente(s)</w:t>
            </w:r>
          </w:p>
        </w:tc>
        <w:tc>
          <w:tcPr>
            <w:tcW w:w="1805" w:type="dxa"/>
          </w:tcPr>
          <w:p w14:paraId="0C108C26" w14:textId="34A6236A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Asignatura</w:t>
            </w:r>
          </w:p>
        </w:tc>
        <w:tc>
          <w:tcPr>
            <w:tcW w:w="1441" w:type="dxa"/>
          </w:tcPr>
          <w:p w14:paraId="71DD3909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Horario</w:t>
            </w:r>
          </w:p>
        </w:tc>
        <w:tc>
          <w:tcPr>
            <w:tcW w:w="1294" w:type="dxa"/>
          </w:tcPr>
          <w:p w14:paraId="4EE2070E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Modalidad</w:t>
            </w:r>
          </w:p>
        </w:tc>
        <w:tc>
          <w:tcPr>
            <w:tcW w:w="1139" w:type="dxa"/>
          </w:tcPr>
          <w:p w14:paraId="5035766E" w14:textId="77777777" w:rsidR="00C26332" w:rsidRPr="00D373A0" w:rsidRDefault="00000000" w:rsidP="00D373A0">
            <w:pPr>
              <w:rPr>
                <w:b/>
                <w:bCs/>
                <w:color w:val="7030A0"/>
              </w:rPr>
            </w:pPr>
            <w:r w:rsidRPr="00D373A0">
              <w:rPr>
                <w:b/>
                <w:bCs/>
                <w:color w:val="7030A0"/>
              </w:rPr>
              <w:t>Sede</w:t>
            </w:r>
          </w:p>
        </w:tc>
      </w:tr>
      <w:tr w:rsidR="00D373A0" w:rsidRPr="00D373A0" w14:paraId="76CC6656" w14:textId="77777777" w:rsidTr="00F31181">
        <w:tc>
          <w:tcPr>
            <w:tcW w:w="1300" w:type="dxa"/>
          </w:tcPr>
          <w:p w14:paraId="46D6E3EE" w14:textId="77777777" w:rsidR="00D373A0" w:rsidRPr="00D373A0" w:rsidRDefault="00D373A0" w:rsidP="00D373A0">
            <w:r w:rsidRPr="00D373A0">
              <w:t>Mayo</w:t>
            </w:r>
          </w:p>
        </w:tc>
        <w:tc>
          <w:tcPr>
            <w:tcW w:w="807" w:type="dxa"/>
          </w:tcPr>
          <w:p w14:paraId="3CF3027E" w14:textId="08FDEBDA" w:rsidR="00D373A0" w:rsidRPr="00D373A0" w:rsidRDefault="00F31181" w:rsidP="00D373A0">
            <w:r>
              <w:t>16</w:t>
            </w:r>
          </w:p>
        </w:tc>
        <w:tc>
          <w:tcPr>
            <w:tcW w:w="933" w:type="dxa"/>
          </w:tcPr>
          <w:p w14:paraId="51B37E3A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6DFE6AD5" w14:textId="77777777" w:rsidR="00D373A0" w:rsidRPr="00D373A0" w:rsidRDefault="00D373A0" w:rsidP="00D373A0">
            <w:r w:rsidRPr="00D373A0">
              <w:t>Antelo / Fernández</w:t>
            </w:r>
          </w:p>
        </w:tc>
        <w:tc>
          <w:tcPr>
            <w:tcW w:w="1805" w:type="dxa"/>
          </w:tcPr>
          <w:p w14:paraId="54555F92" w14:textId="77777777" w:rsidR="00D373A0" w:rsidRPr="00D373A0" w:rsidRDefault="00D373A0" w:rsidP="00D373A0">
            <w:r w:rsidRPr="00D373A0">
              <w:t>Texturas y materialidad</w:t>
            </w:r>
          </w:p>
        </w:tc>
        <w:tc>
          <w:tcPr>
            <w:tcW w:w="1441" w:type="dxa"/>
          </w:tcPr>
          <w:p w14:paraId="6A4036FC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3C8A3E4F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1E853198" w14:textId="104DC8EA" w:rsidR="00D373A0" w:rsidRPr="00D373A0" w:rsidRDefault="00D373A0" w:rsidP="00D373A0">
            <w:r w:rsidRPr="00D373A0">
              <w:t xml:space="preserve">Escuela Normal / </w:t>
            </w:r>
          </w:p>
        </w:tc>
      </w:tr>
      <w:tr w:rsidR="00D373A0" w:rsidRPr="00D373A0" w14:paraId="126F5055" w14:textId="77777777" w:rsidTr="00F31181">
        <w:tc>
          <w:tcPr>
            <w:tcW w:w="1300" w:type="dxa"/>
          </w:tcPr>
          <w:p w14:paraId="1A7EF472" w14:textId="77777777" w:rsidR="00D373A0" w:rsidRPr="00D373A0" w:rsidRDefault="00D373A0" w:rsidP="00D373A0">
            <w:r w:rsidRPr="00D373A0">
              <w:t>Mayo</w:t>
            </w:r>
          </w:p>
        </w:tc>
        <w:tc>
          <w:tcPr>
            <w:tcW w:w="807" w:type="dxa"/>
          </w:tcPr>
          <w:p w14:paraId="13746EFE" w14:textId="77777777" w:rsidR="00D373A0" w:rsidRPr="00D373A0" w:rsidRDefault="00D373A0" w:rsidP="00D373A0">
            <w:r w:rsidRPr="00D373A0">
              <w:t>22</w:t>
            </w:r>
          </w:p>
        </w:tc>
        <w:tc>
          <w:tcPr>
            <w:tcW w:w="933" w:type="dxa"/>
          </w:tcPr>
          <w:p w14:paraId="74D2B4E0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5271F4D4" w14:textId="77777777" w:rsidR="00D373A0" w:rsidRPr="00D373A0" w:rsidRDefault="00D373A0" w:rsidP="00D373A0">
            <w:r w:rsidRPr="00D373A0">
              <w:t>V. Andrada</w:t>
            </w:r>
          </w:p>
        </w:tc>
        <w:tc>
          <w:tcPr>
            <w:tcW w:w="1805" w:type="dxa"/>
          </w:tcPr>
          <w:p w14:paraId="78CA41CD" w14:textId="4BD01043" w:rsidR="00D373A0" w:rsidRPr="00D373A0" w:rsidRDefault="00D373A0" w:rsidP="00D373A0">
            <w:r w:rsidRPr="00D373A0">
              <w:t>Arte Textil en Argentina y Latinoamérica</w:t>
            </w:r>
          </w:p>
        </w:tc>
        <w:tc>
          <w:tcPr>
            <w:tcW w:w="1441" w:type="dxa"/>
          </w:tcPr>
          <w:p w14:paraId="024B5F0C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2089EF5B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66B03F0A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411CADF2" w14:textId="77777777" w:rsidTr="00F31181">
        <w:tc>
          <w:tcPr>
            <w:tcW w:w="1300" w:type="dxa"/>
          </w:tcPr>
          <w:p w14:paraId="53697D5B" w14:textId="77777777" w:rsidR="00D373A0" w:rsidRPr="00D373A0" w:rsidRDefault="00D373A0" w:rsidP="00D373A0">
            <w:r w:rsidRPr="00D373A0">
              <w:t>Mayo</w:t>
            </w:r>
          </w:p>
        </w:tc>
        <w:tc>
          <w:tcPr>
            <w:tcW w:w="807" w:type="dxa"/>
          </w:tcPr>
          <w:p w14:paraId="10FAF9E8" w14:textId="77777777" w:rsidR="00D373A0" w:rsidRPr="00D373A0" w:rsidRDefault="00D373A0" w:rsidP="00D373A0">
            <w:r w:rsidRPr="00D373A0">
              <w:t>23</w:t>
            </w:r>
          </w:p>
        </w:tc>
        <w:tc>
          <w:tcPr>
            <w:tcW w:w="933" w:type="dxa"/>
          </w:tcPr>
          <w:p w14:paraId="0751F7B3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6E984D44" w14:textId="4119DBB5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63D90F3B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192A2912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01765AD4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34872ED7" w14:textId="13216DC3" w:rsidR="00D373A0" w:rsidRPr="00D373A0" w:rsidRDefault="00D373A0" w:rsidP="00D373A0">
            <w:r w:rsidRPr="00D373A0">
              <w:t xml:space="preserve">Escuela Normal / </w:t>
            </w:r>
          </w:p>
        </w:tc>
      </w:tr>
      <w:tr w:rsidR="00D373A0" w:rsidRPr="00D373A0" w14:paraId="68636D81" w14:textId="77777777" w:rsidTr="00F31181">
        <w:tc>
          <w:tcPr>
            <w:tcW w:w="1300" w:type="dxa"/>
          </w:tcPr>
          <w:p w14:paraId="0449F8F8" w14:textId="77777777" w:rsidR="00D373A0" w:rsidRPr="00D373A0" w:rsidRDefault="00D373A0" w:rsidP="00D373A0">
            <w:r w:rsidRPr="00D373A0">
              <w:t>Junio</w:t>
            </w:r>
          </w:p>
        </w:tc>
        <w:tc>
          <w:tcPr>
            <w:tcW w:w="807" w:type="dxa"/>
          </w:tcPr>
          <w:p w14:paraId="24E0E802" w14:textId="77777777" w:rsidR="00D373A0" w:rsidRPr="00D373A0" w:rsidRDefault="00D373A0" w:rsidP="00D373A0">
            <w:r w:rsidRPr="00D373A0">
              <w:t>5</w:t>
            </w:r>
          </w:p>
        </w:tc>
        <w:tc>
          <w:tcPr>
            <w:tcW w:w="933" w:type="dxa"/>
          </w:tcPr>
          <w:p w14:paraId="63316B1E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79E7484B" w14:textId="77777777" w:rsidR="00D373A0" w:rsidRPr="00D373A0" w:rsidRDefault="00D373A0" w:rsidP="00D373A0">
            <w:r w:rsidRPr="00D373A0">
              <w:t>V. Andrada</w:t>
            </w:r>
          </w:p>
        </w:tc>
        <w:tc>
          <w:tcPr>
            <w:tcW w:w="1805" w:type="dxa"/>
          </w:tcPr>
          <w:p w14:paraId="38CD62C0" w14:textId="10480540" w:rsidR="00D373A0" w:rsidRPr="00D373A0" w:rsidRDefault="00D373A0" w:rsidP="00D373A0">
            <w:r w:rsidRPr="00D373A0">
              <w:t>Arte Textil en Argentina y Latinoamérica</w:t>
            </w:r>
          </w:p>
        </w:tc>
        <w:tc>
          <w:tcPr>
            <w:tcW w:w="1441" w:type="dxa"/>
          </w:tcPr>
          <w:p w14:paraId="3A52432E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00E816FA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62C6316F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7CF347EE" w14:textId="77777777" w:rsidTr="00F31181">
        <w:tc>
          <w:tcPr>
            <w:tcW w:w="1300" w:type="dxa"/>
          </w:tcPr>
          <w:p w14:paraId="496CCEAC" w14:textId="77777777" w:rsidR="00D373A0" w:rsidRPr="00D373A0" w:rsidRDefault="00D373A0" w:rsidP="00D373A0">
            <w:r w:rsidRPr="00D373A0">
              <w:t>Junio</w:t>
            </w:r>
          </w:p>
        </w:tc>
        <w:tc>
          <w:tcPr>
            <w:tcW w:w="807" w:type="dxa"/>
          </w:tcPr>
          <w:p w14:paraId="6E416A08" w14:textId="77777777" w:rsidR="00D373A0" w:rsidRPr="00D373A0" w:rsidRDefault="00D373A0" w:rsidP="00D373A0">
            <w:r w:rsidRPr="00D373A0">
              <w:t>6</w:t>
            </w:r>
          </w:p>
        </w:tc>
        <w:tc>
          <w:tcPr>
            <w:tcW w:w="933" w:type="dxa"/>
          </w:tcPr>
          <w:p w14:paraId="5E8DB508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7D66E51F" w14:textId="0087372B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6F70C1B5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53C428E0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2760F769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4E004F69" w14:textId="047C8086" w:rsidR="00D373A0" w:rsidRPr="00D373A0" w:rsidRDefault="00D373A0" w:rsidP="00D373A0">
            <w:r w:rsidRPr="00D373A0">
              <w:t xml:space="preserve">Escuela Normal / </w:t>
            </w:r>
          </w:p>
        </w:tc>
      </w:tr>
      <w:tr w:rsidR="00D373A0" w:rsidRPr="00D373A0" w14:paraId="2A0D6925" w14:textId="77777777" w:rsidTr="00F31181">
        <w:tc>
          <w:tcPr>
            <w:tcW w:w="1300" w:type="dxa"/>
          </w:tcPr>
          <w:p w14:paraId="1C1B7F08" w14:textId="77777777" w:rsidR="00D373A0" w:rsidRPr="00D373A0" w:rsidRDefault="00D373A0" w:rsidP="00D373A0">
            <w:r w:rsidRPr="00D373A0">
              <w:t>Junio</w:t>
            </w:r>
          </w:p>
        </w:tc>
        <w:tc>
          <w:tcPr>
            <w:tcW w:w="807" w:type="dxa"/>
          </w:tcPr>
          <w:p w14:paraId="65E51C43" w14:textId="77777777" w:rsidR="00D373A0" w:rsidRPr="00D373A0" w:rsidRDefault="00D373A0" w:rsidP="00D373A0">
            <w:r w:rsidRPr="00D373A0">
              <w:t>26</w:t>
            </w:r>
          </w:p>
        </w:tc>
        <w:tc>
          <w:tcPr>
            <w:tcW w:w="933" w:type="dxa"/>
          </w:tcPr>
          <w:p w14:paraId="217A25AF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66048144" w14:textId="77777777" w:rsidR="00D373A0" w:rsidRPr="00D373A0" w:rsidRDefault="00D373A0" w:rsidP="00D373A0">
            <w:r w:rsidRPr="00D373A0">
              <w:t>V. Andrada</w:t>
            </w:r>
          </w:p>
        </w:tc>
        <w:tc>
          <w:tcPr>
            <w:tcW w:w="1805" w:type="dxa"/>
          </w:tcPr>
          <w:p w14:paraId="55DFED9C" w14:textId="77777777" w:rsidR="00D373A0" w:rsidRPr="00D373A0" w:rsidRDefault="00D373A0" w:rsidP="00D373A0">
            <w:r w:rsidRPr="00D373A0">
              <w:t>Arte Textil</w:t>
            </w:r>
          </w:p>
        </w:tc>
        <w:tc>
          <w:tcPr>
            <w:tcW w:w="1441" w:type="dxa"/>
          </w:tcPr>
          <w:p w14:paraId="0AAB66B2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6C8F7927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5727B9BD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429E68AB" w14:textId="77777777" w:rsidTr="00F31181">
        <w:tc>
          <w:tcPr>
            <w:tcW w:w="1300" w:type="dxa"/>
          </w:tcPr>
          <w:p w14:paraId="5F876FFB" w14:textId="77777777" w:rsidR="00D373A0" w:rsidRPr="00D373A0" w:rsidRDefault="00D373A0" w:rsidP="00D373A0">
            <w:r w:rsidRPr="00D373A0">
              <w:t>Junio</w:t>
            </w:r>
          </w:p>
        </w:tc>
        <w:tc>
          <w:tcPr>
            <w:tcW w:w="807" w:type="dxa"/>
          </w:tcPr>
          <w:p w14:paraId="69DFCB38" w14:textId="77777777" w:rsidR="00D373A0" w:rsidRPr="00D373A0" w:rsidRDefault="00D373A0" w:rsidP="00D373A0">
            <w:r w:rsidRPr="00D373A0">
              <w:t>27</w:t>
            </w:r>
          </w:p>
        </w:tc>
        <w:tc>
          <w:tcPr>
            <w:tcW w:w="933" w:type="dxa"/>
          </w:tcPr>
          <w:p w14:paraId="498417C8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6B9137D5" w14:textId="77777777" w:rsidR="00D373A0" w:rsidRPr="00D373A0" w:rsidRDefault="00D373A0" w:rsidP="00D373A0">
            <w:r w:rsidRPr="00D373A0">
              <w:t>Santos / Rocha</w:t>
            </w:r>
          </w:p>
        </w:tc>
        <w:tc>
          <w:tcPr>
            <w:tcW w:w="1805" w:type="dxa"/>
          </w:tcPr>
          <w:p w14:paraId="3D17E0F6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581E1D80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165E9311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453CA54E" w14:textId="375B4E60" w:rsidR="00D373A0" w:rsidRPr="00D373A0" w:rsidRDefault="00D373A0" w:rsidP="00D373A0">
            <w:r w:rsidRPr="00D373A0">
              <w:t xml:space="preserve">Escuela Normal / </w:t>
            </w:r>
          </w:p>
        </w:tc>
      </w:tr>
      <w:tr w:rsidR="00D373A0" w:rsidRPr="00D373A0" w14:paraId="673FE838" w14:textId="77777777" w:rsidTr="00F31181">
        <w:tc>
          <w:tcPr>
            <w:tcW w:w="1300" w:type="dxa"/>
          </w:tcPr>
          <w:p w14:paraId="52223EF6" w14:textId="77777777" w:rsidR="00D373A0" w:rsidRPr="00D373A0" w:rsidRDefault="00D373A0" w:rsidP="00D373A0">
            <w:r w:rsidRPr="00D373A0">
              <w:t>Julio</w:t>
            </w:r>
          </w:p>
        </w:tc>
        <w:tc>
          <w:tcPr>
            <w:tcW w:w="807" w:type="dxa"/>
          </w:tcPr>
          <w:p w14:paraId="06D65137" w14:textId="77777777" w:rsidR="00D373A0" w:rsidRPr="00D373A0" w:rsidRDefault="00D373A0" w:rsidP="00D373A0">
            <w:r w:rsidRPr="00D373A0">
              <w:t>3</w:t>
            </w:r>
          </w:p>
        </w:tc>
        <w:tc>
          <w:tcPr>
            <w:tcW w:w="933" w:type="dxa"/>
          </w:tcPr>
          <w:p w14:paraId="66F66965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7C2E51F8" w14:textId="5F8AD00F" w:rsidR="00D373A0" w:rsidRPr="00D373A0" w:rsidRDefault="00D373A0" w:rsidP="00D373A0">
            <w:r w:rsidRPr="00D373A0">
              <w:t>Luisina Bourband</w:t>
            </w:r>
          </w:p>
          <w:p w14:paraId="16362D4C" w14:textId="2893B6BA" w:rsidR="00D373A0" w:rsidRPr="00D373A0" w:rsidRDefault="00D373A0" w:rsidP="00D373A0">
            <w:r w:rsidRPr="00D373A0">
              <w:t xml:space="preserve"> </w:t>
            </w:r>
          </w:p>
        </w:tc>
        <w:tc>
          <w:tcPr>
            <w:tcW w:w="1805" w:type="dxa"/>
          </w:tcPr>
          <w:p w14:paraId="37747BC6" w14:textId="77777777" w:rsidR="00D373A0" w:rsidRPr="00D373A0" w:rsidRDefault="00D373A0" w:rsidP="00D373A0">
            <w:r w:rsidRPr="00D373A0">
              <w:t>Sociología y Psicología de la Moda</w:t>
            </w:r>
          </w:p>
        </w:tc>
        <w:tc>
          <w:tcPr>
            <w:tcW w:w="1441" w:type="dxa"/>
          </w:tcPr>
          <w:p w14:paraId="0ABD397E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18535318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4FA77BA9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6C044A09" w14:textId="77777777" w:rsidTr="00F31181">
        <w:tc>
          <w:tcPr>
            <w:tcW w:w="1300" w:type="dxa"/>
          </w:tcPr>
          <w:p w14:paraId="19BCA6C7" w14:textId="77777777" w:rsidR="00D373A0" w:rsidRPr="00D373A0" w:rsidRDefault="00D373A0" w:rsidP="00D373A0">
            <w:r w:rsidRPr="00D373A0">
              <w:t>Julio</w:t>
            </w:r>
          </w:p>
        </w:tc>
        <w:tc>
          <w:tcPr>
            <w:tcW w:w="807" w:type="dxa"/>
          </w:tcPr>
          <w:p w14:paraId="7556F27D" w14:textId="77777777" w:rsidR="00D373A0" w:rsidRPr="00D373A0" w:rsidRDefault="00D373A0" w:rsidP="00D373A0">
            <w:r w:rsidRPr="00D373A0">
              <w:t>4</w:t>
            </w:r>
          </w:p>
        </w:tc>
        <w:tc>
          <w:tcPr>
            <w:tcW w:w="933" w:type="dxa"/>
          </w:tcPr>
          <w:p w14:paraId="23A18937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0719DABA" w14:textId="228A96A6" w:rsidR="00D373A0" w:rsidRPr="00D373A0" w:rsidRDefault="00D373A0" w:rsidP="00D373A0">
            <w:r w:rsidRPr="00D373A0">
              <w:t>N. Fries / E. Haller</w:t>
            </w:r>
          </w:p>
        </w:tc>
        <w:tc>
          <w:tcPr>
            <w:tcW w:w="1805" w:type="dxa"/>
          </w:tcPr>
          <w:p w14:paraId="05E8B996" w14:textId="77777777" w:rsidR="00D373A0" w:rsidRPr="00D373A0" w:rsidRDefault="00D373A0" w:rsidP="00D373A0">
            <w:r w:rsidRPr="00D373A0">
              <w:t>Estampación y experimentación textil</w:t>
            </w:r>
          </w:p>
        </w:tc>
        <w:tc>
          <w:tcPr>
            <w:tcW w:w="1441" w:type="dxa"/>
          </w:tcPr>
          <w:p w14:paraId="4C2462D1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2AEFD607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4DF285D0" w14:textId="77777777" w:rsidR="00D373A0" w:rsidRPr="00D373A0" w:rsidRDefault="00D373A0" w:rsidP="00D373A0">
            <w:r w:rsidRPr="00D373A0">
              <w:t>Centro Cultural Juan L. Ortiz</w:t>
            </w:r>
          </w:p>
        </w:tc>
      </w:tr>
      <w:tr w:rsidR="00D373A0" w:rsidRPr="00D373A0" w14:paraId="1BB32F7A" w14:textId="77777777" w:rsidTr="00F31181">
        <w:tc>
          <w:tcPr>
            <w:tcW w:w="1300" w:type="dxa"/>
          </w:tcPr>
          <w:p w14:paraId="7B99346D" w14:textId="77777777" w:rsidR="00D373A0" w:rsidRPr="00D373A0" w:rsidRDefault="00D373A0" w:rsidP="00D373A0">
            <w:r w:rsidRPr="00D373A0">
              <w:lastRenderedPageBreak/>
              <w:t>Julio</w:t>
            </w:r>
          </w:p>
        </w:tc>
        <w:tc>
          <w:tcPr>
            <w:tcW w:w="807" w:type="dxa"/>
          </w:tcPr>
          <w:p w14:paraId="3F7D2EDC" w14:textId="227903BB" w:rsidR="00D373A0" w:rsidRPr="00D373A0" w:rsidRDefault="008F140C" w:rsidP="00D373A0">
            <w:r>
              <w:t>24</w:t>
            </w:r>
          </w:p>
        </w:tc>
        <w:tc>
          <w:tcPr>
            <w:tcW w:w="933" w:type="dxa"/>
          </w:tcPr>
          <w:p w14:paraId="407B921A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5FA0C3AA" w14:textId="5D12048C" w:rsidR="00D373A0" w:rsidRPr="00D373A0" w:rsidRDefault="00D373A0" w:rsidP="00D373A0">
            <w:r w:rsidRPr="00D373A0">
              <w:t>Luisina Bourband</w:t>
            </w:r>
          </w:p>
        </w:tc>
        <w:tc>
          <w:tcPr>
            <w:tcW w:w="1805" w:type="dxa"/>
          </w:tcPr>
          <w:p w14:paraId="357F30E4" w14:textId="77777777" w:rsidR="00D373A0" w:rsidRPr="00D373A0" w:rsidRDefault="00D373A0" w:rsidP="00D373A0">
            <w:r w:rsidRPr="00D373A0">
              <w:t>Sociología y Psicología de la Moda</w:t>
            </w:r>
          </w:p>
        </w:tc>
        <w:tc>
          <w:tcPr>
            <w:tcW w:w="1441" w:type="dxa"/>
          </w:tcPr>
          <w:p w14:paraId="6B837663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2D61B2D2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1815E9B3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3E87D010" w14:textId="77777777" w:rsidTr="00F31181">
        <w:tc>
          <w:tcPr>
            <w:tcW w:w="1300" w:type="dxa"/>
          </w:tcPr>
          <w:p w14:paraId="44311EAE" w14:textId="48834192" w:rsidR="00D373A0" w:rsidRPr="00D373A0" w:rsidRDefault="008F140C" w:rsidP="00D373A0">
            <w:r>
              <w:t>Julio</w:t>
            </w:r>
          </w:p>
        </w:tc>
        <w:tc>
          <w:tcPr>
            <w:tcW w:w="807" w:type="dxa"/>
          </w:tcPr>
          <w:p w14:paraId="2B72DE5E" w14:textId="2348A9B0" w:rsidR="00D373A0" w:rsidRPr="00D373A0" w:rsidRDefault="008F140C" w:rsidP="00D373A0">
            <w:r>
              <w:t>25</w:t>
            </w:r>
          </w:p>
        </w:tc>
        <w:tc>
          <w:tcPr>
            <w:tcW w:w="933" w:type="dxa"/>
          </w:tcPr>
          <w:p w14:paraId="70C977DD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7C085091" w14:textId="0DABFF0A" w:rsidR="00D373A0" w:rsidRPr="00D373A0" w:rsidRDefault="00D373A0" w:rsidP="00D373A0">
            <w:r w:rsidRPr="00D373A0">
              <w:t>N. Fries / E. Haller</w:t>
            </w:r>
          </w:p>
        </w:tc>
        <w:tc>
          <w:tcPr>
            <w:tcW w:w="1805" w:type="dxa"/>
          </w:tcPr>
          <w:p w14:paraId="6607D178" w14:textId="77777777" w:rsidR="00D373A0" w:rsidRPr="00D373A0" w:rsidRDefault="00D373A0" w:rsidP="00D373A0">
            <w:r w:rsidRPr="00D373A0">
              <w:t>Estampación y experimentación textil</w:t>
            </w:r>
          </w:p>
        </w:tc>
        <w:tc>
          <w:tcPr>
            <w:tcW w:w="1441" w:type="dxa"/>
          </w:tcPr>
          <w:p w14:paraId="54FBE01A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5DD13AC8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3EC8F5BB" w14:textId="77777777" w:rsidR="00D373A0" w:rsidRPr="00D373A0" w:rsidRDefault="00D373A0" w:rsidP="00D373A0">
            <w:r w:rsidRPr="00D373A0">
              <w:t>Centro Cultural Juan L. Ortiz</w:t>
            </w:r>
          </w:p>
        </w:tc>
      </w:tr>
      <w:tr w:rsidR="00D373A0" w:rsidRPr="00D373A0" w14:paraId="70A107A5" w14:textId="77777777" w:rsidTr="00F31181">
        <w:tc>
          <w:tcPr>
            <w:tcW w:w="1300" w:type="dxa"/>
          </w:tcPr>
          <w:p w14:paraId="7B45DA70" w14:textId="77777777" w:rsidR="00D373A0" w:rsidRPr="00D373A0" w:rsidRDefault="00D373A0" w:rsidP="00D373A0">
            <w:r w:rsidRPr="00D373A0">
              <w:t>Agosto</w:t>
            </w:r>
          </w:p>
        </w:tc>
        <w:tc>
          <w:tcPr>
            <w:tcW w:w="807" w:type="dxa"/>
          </w:tcPr>
          <w:p w14:paraId="41D9F8B8" w14:textId="172E969B" w:rsidR="00D373A0" w:rsidRPr="00D373A0" w:rsidRDefault="008F140C" w:rsidP="00D373A0">
            <w:r>
              <w:t>7</w:t>
            </w:r>
          </w:p>
        </w:tc>
        <w:tc>
          <w:tcPr>
            <w:tcW w:w="933" w:type="dxa"/>
          </w:tcPr>
          <w:p w14:paraId="62277266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1E5C9ECE" w14:textId="45722B4D" w:rsidR="00D373A0" w:rsidRPr="00D373A0" w:rsidRDefault="00D373A0" w:rsidP="00D373A0">
            <w:r w:rsidRPr="00D373A0">
              <w:t>Luisina Bourband</w:t>
            </w:r>
          </w:p>
        </w:tc>
        <w:tc>
          <w:tcPr>
            <w:tcW w:w="1805" w:type="dxa"/>
          </w:tcPr>
          <w:p w14:paraId="6244FFF4" w14:textId="77777777" w:rsidR="00D373A0" w:rsidRPr="00D373A0" w:rsidRDefault="00D373A0" w:rsidP="00D373A0">
            <w:r w:rsidRPr="00D373A0">
              <w:t>Sociología y Psicología de la Moda</w:t>
            </w:r>
          </w:p>
        </w:tc>
        <w:tc>
          <w:tcPr>
            <w:tcW w:w="1441" w:type="dxa"/>
          </w:tcPr>
          <w:p w14:paraId="0C1C198C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2D0CC489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5DDC89D8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0756E604" w14:textId="77777777" w:rsidTr="00F31181">
        <w:tc>
          <w:tcPr>
            <w:tcW w:w="1300" w:type="dxa"/>
          </w:tcPr>
          <w:p w14:paraId="6CAF3F86" w14:textId="77777777" w:rsidR="00D373A0" w:rsidRPr="00D373A0" w:rsidRDefault="00D373A0" w:rsidP="00D373A0">
            <w:r w:rsidRPr="00D373A0">
              <w:t>Agosto</w:t>
            </w:r>
          </w:p>
        </w:tc>
        <w:tc>
          <w:tcPr>
            <w:tcW w:w="807" w:type="dxa"/>
          </w:tcPr>
          <w:p w14:paraId="1A24D7D1" w14:textId="2407A438" w:rsidR="00D373A0" w:rsidRPr="00D373A0" w:rsidRDefault="008F140C" w:rsidP="00D373A0">
            <w:r>
              <w:t>8</w:t>
            </w:r>
          </w:p>
        </w:tc>
        <w:tc>
          <w:tcPr>
            <w:tcW w:w="933" w:type="dxa"/>
          </w:tcPr>
          <w:p w14:paraId="12782234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25C4DDFD" w14:textId="17E22953" w:rsidR="00D373A0" w:rsidRPr="00D373A0" w:rsidRDefault="00D373A0" w:rsidP="00D373A0">
            <w:r w:rsidRPr="00D373A0">
              <w:t>N. Fries / E. Haller</w:t>
            </w:r>
          </w:p>
        </w:tc>
        <w:tc>
          <w:tcPr>
            <w:tcW w:w="1805" w:type="dxa"/>
          </w:tcPr>
          <w:p w14:paraId="0C84F620" w14:textId="77777777" w:rsidR="00D373A0" w:rsidRPr="00D373A0" w:rsidRDefault="00D373A0" w:rsidP="00D373A0">
            <w:r w:rsidRPr="00D373A0">
              <w:t>Estampación y experimentación textil</w:t>
            </w:r>
          </w:p>
        </w:tc>
        <w:tc>
          <w:tcPr>
            <w:tcW w:w="1441" w:type="dxa"/>
          </w:tcPr>
          <w:p w14:paraId="63E2DA7A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10E464A6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24F5DE1E" w14:textId="77777777" w:rsidR="00D373A0" w:rsidRPr="00D373A0" w:rsidRDefault="00D373A0" w:rsidP="00D373A0">
            <w:r w:rsidRPr="00D373A0">
              <w:t>Centro Cultural Juan L. Ortiz</w:t>
            </w:r>
          </w:p>
        </w:tc>
      </w:tr>
      <w:tr w:rsidR="00D373A0" w:rsidRPr="00D373A0" w14:paraId="66BBCBFF" w14:textId="77777777" w:rsidTr="00F31181">
        <w:tc>
          <w:tcPr>
            <w:tcW w:w="1300" w:type="dxa"/>
          </w:tcPr>
          <w:p w14:paraId="2BC2D503" w14:textId="77777777" w:rsidR="00D373A0" w:rsidRPr="00D373A0" w:rsidRDefault="00D373A0" w:rsidP="00D373A0">
            <w:r w:rsidRPr="00D373A0">
              <w:t>Agosto</w:t>
            </w:r>
          </w:p>
        </w:tc>
        <w:tc>
          <w:tcPr>
            <w:tcW w:w="807" w:type="dxa"/>
          </w:tcPr>
          <w:p w14:paraId="6C729859" w14:textId="7907AE1F" w:rsidR="00D373A0" w:rsidRPr="00D373A0" w:rsidRDefault="00D373A0" w:rsidP="00D373A0">
            <w:r w:rsidRPr="00D373A0">
              <w:t>2</w:t>
            </w:r>
            <w:r w:rsidR="00987C51">
              <w:t>1</w:t>
            </w:r>
          </w:p>
        </w:tc>
        <w:tc>
          <w:tcPr>
            <w:tcW w:w="933" w:type="dxa"/>
          </w:tcPr>
          <w:p w14:paraId="034B7A62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01A2B262" w14:textId="2702C1C2" w:rsidR="00D373A0" w:rsidRPr="00D373A0" w:rsidRDefault="00D373A0" w:rsidP="00D373A0">
            <w:r w:rsidRPr="00D373A0">
              <w:t>Luisina Bourband</w:t>
            </w:r>
          </w:p>
        </w:tc>
        <w:tc>
          <w:tcPr>
            <w:tcW w:w="1805" w:type="dxa"/>
          </w:tcPr>
          <w:p w14:paraId="59A21698" w14:textId="77777777" w:rsidR="00D373A0" w:rsidRPr="00D373A0" w:rsidRDefault="00D373A0" w:rsidP="00D373A0">
            <w:r w:rsidRPr="00D373A0">
              <w:t>Sociología y Psicología de la Moda</w:t>
            </w:r>
          </w:p>
        </w:tc>
        <w:tc>
          <w:tcPr>
            <w:tcW w:w="1441" w:type="dxa"/>
          </w:tcPr>
          <w:p w14:paraId="3A49B083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38055C85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40BB265E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7EC88DFB" w14:textId="77777777" w:rsidTr="00F31181">
        <w:tc>
          <w:tcPr>
            <w:tcW w:w="1300" w:type="dxa"/>
          </w:tcPr>
          <w:p w14:paraId="4D8DEC66" w14:textId="77777777" w:rsidR="00D373A0" w:rsidRPr="00D373A0" w:rsidRDefault="00D373A0" w:rsidP="00D373A0">
            <w:r w:rsidRPr="00D373A0">
              <w:t>Agosto</w:t>
            </w:r>
          </w:p>
        </w:tc>
        <w:tc>
          <w:tcPr>
            <w:tcW w:w="807" w:type="dxa"/>
          </w:tcPr>
          <w:p w14:paraId="58B2DB12" w14:textId="130D5B5C" w:rsidR="00D373A0" w:rsidRPr="00D373A0" w:rsidRDefault="00D373A0" w:rsidP="00D373A0">
            <w:r w:rsidRPr="00D373A0">
              <w:t>2</w:t>
            </w:r>
            <w:r w:rsidR="00987C51">
              <w:t>2</w:t>
            </w:r>
          </w:p>
        </w:tc>
        <w:tc>
          <w:tcPr>
            <w:tcW w:w="933" w:type="dxa"/>
          </w:tcPr>
          <w:p w14:paraId="608B2F75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56A88740" w14:textId="168B5E87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1A5983BC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771F82D5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0EEB26C9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6E3B94CE" w14:textId="7938D99B" w:rsidR="00D373A0" w:rsidRPr="00D373A0" w:rsidRDefault="008A7974" w:rsidP="00D373A0">
            <w:r>
              <w:t>C.C. Juan L. Ortiz/</w:t>
            </w:r>
          </w:p>
        </w:tc>
      </w:tr>
      <w:tr w:rsidR="00D373A0" w:rsidRPr="00D373A0" w14:paraId="546CA7A4" w14:textId="77777777" w:rsidTr="00F31181">
        <w:tc>
          <w:tcPr>
            <w:tcW w:w="1300" w:type="dxa"/>
          </w:tcPr>
          <w:p w14:paraId="6EFBCCCB" w14:textId="77777777" w:rsidR="00D373A0" w:rsidRPr="00D373A0" w:rsidRDefault="00D373A0" w:rsidP="00D373A0">
            <w:r w:rsidRPr="00D373A0">
              <w:t>Septiembre</w:t>
            </w:r>
          </w:p>
        </w:tc>
        <w:tc>
          <w:tcPr>
            <w:tcW w:w="807" w:type="dxa"/>
          </w:tcPr>
          <w:p w14:paraId="4CEC7644" w14:textId="50697E21" w:rsidR="00D373A0" w:rsidRPr="00D373A0" w:rsidRDefault="00987C51" w:rsidP="00D373A0">
            <w:r>
              <w:t>4</w:t>
            </w:r>
          </w:p>
        </w:tc>
        <w:tc>
          <w:tcPr>
            <w:tcW w:w="933" w:type="dxa"/>
          </w:tcPr>
          <w:p w14:paraId="2681E58C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604FF357" w14:textId="202ECC26" w:rsidR="00D373A0" w:rsidRPr="00D373A0" w:rsidRDefault="00D373A0" w:rsidP="00D373A0">
            <w:r w:rsidRPr="00D373A0">
              <w:t>Ma. Eugenia Ballesteros</w:t>
            </w:r>
          </w:p>
        </w:tc>
        <w:tc>
          <w:tcPr>
            <w:tcW w:w="1805" w:type="dxa"/>
          </w:tcPr>
          <w:p w14:paraId="76373562" w14:textId="77777777" w:rsidR="00D373A0" w:rsidRPr="00D373A0" w:rsidRDefault="00D373A0" w:rsidP="00D373A0">
            <w:r w:rsidRPr="00D373A0">
              <w:t>Imagen, Comunicación y Mundo Laboral</w:t>
            </w:r>
          </w:p>
        </w:tc>
        <w:tc>
          <w:tcPr>
            <w:tcW w:w="1441" w:type="dxa"/>
          </w:tcPr>
          <w:p w14:paraId="3F07D634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2AB16E6C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73E5DD6E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16ADBCAC" w14:textId="77777777" w:rsidTr="00F31181">
        <w:tc>
          <w:tcPr>
            <w:tcW w:w="1300" w:type="dxa"/>
          </w:tcPr>
          <w:p w14:paraId="676820F5" w14:textId="77777777" w:rsidR="00D373A0" w:rsidRPr="00D373A0" w:rsidRDefault="00D373A0" w:rsidP="00D373A0">
            <w:r w:rsidRPr="00D373A0">
              <w:t>Septiembre</w:t>
            </w:r>
          </w:p>
        </w:tc>
        <w:tc>
          <w:tcPr>
            <w:tcW w:w="807" w:type="dxa"/>
          </w:tcPr>
          <w:p w14:paraId="20C543CD" w14:textId="14AEB224" w:rsidR="00D373A0" w:rsidRPr="00D373A0" w:rsidRDefault="00987C51" w:rsidP="00D373A0">
            <w:r>
              <w:t>5</w:t>
            </w:r>
          </w:p>
        </w:tc>
        <w:tc>
          <w:tcPr>
            <w:tcW w:w="933" w:type="dxa"/>
          </w:tcPr>
          <w:p w14:paraId="4AC6DF6C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4A7604CE" w14:textId="79689EC2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2CA3331F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0BECEF67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1BA8EC4E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3A7E346B" w14:textId="00E8ACC6" w:rsidR="00D373A0" w:rsidRPr="00D373A0" w:rsidRDefault="008A7974" w:rsidP="00D373A0">
            <w:r>
              <w:t>C.C. Juan L. Ortiz/</w:t>
            </w:r>
          </w:p>
        </w:tc>
      </w:tr>
      <w:tr w:rsidR="00D373A0" w:rsidRPr="00D373A0" w14:paraId="423F2394" w14:textId="77777777" w:rsidTr="00F31181">
        <w:tc>
          <w:tcPr>
            <w:tcW w:w="1300" w:type="dxa"/>
          </w:tcPr>
          <w:p w14:paraId="222BD71F" w14:textId="77777777" w:rsidR="00D373A0" w:rsidRPr="00D373A0" w:rsidRDefault="00D373A0" w:rsidP="00D373A0">
            <w:r w:rsidRPr="00D373A0">
              <w:t>Septiembre</w:t>
            </w:r>
          </w:p>
        </w:tc>
        <w:tc>
          <w:tcPr>
            <w:tcW w:w="807" w:type="dxa"/>
          </w:tcPr>
          <w:p w14:paraId="06E8826D" w14:textId="08A3A358" w:rsidR="00D373A0" w:rsidRPr="00D373A0" w:rsidRDefault="00987C51" w:rsidP="00D373A0">
            <w:r>
              <w:t>18</w:t>
            </w:r>
          </w:p>
        </w:tc>
        <w:tc>
          <w:tcPr>
            <w:tcW w:w="933" w:type="dxa"/>
          </w:tcPr>
          <w:p w14:paraId="20E051FD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58B607D6" w14:textId="3741CD96" w:rsidR="00D373A0" w:rsidRPr="00D373A0" w:rsidRDefault="00D373A0" w:rsidP="00D373A0">
            <w:r w:rsidRPr="00D373A0">
              <w:t>Ma. Eugenia Ballesteros</w:t>
            </w:r>
          </w:p>
        </w:tc>
        <w:tc>
          <w:tcPr>
            <w:tcW w:w="1805" w:type="dxa"/>
          </w:tcPr>
          <w:p w14:paraId="5A578E08" w14:textId="77777777" w:rsidR="00D373A0" w:rsidRPr="00D373A0" w:rsidRDefault="00D373A0" w:rsidP="00D373A0">
            <w:r w:rsidRPr="00D373A0">
              <w:t>Imagen, Comunicación y Mundo Laboral</w:t>
            </w:r>
          </w:p>
        </w:tc>
        <w:tc>
          <w:tcPr>
            <w:tcW w:w="1441" w:type="dxa"/>
          </w:tcPr>
          <w:p w14:paraId="6BF0BB52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0D4F20A5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2FA40421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17523FF7" w14:textId="77777777" w:rsidTr="00F31181">
        <w:tc>
          <w:tcPr>
            <w:tcW w:w="1300" w:type="dxa"/>
          </w:tcPr>
          <w:p w14:paraId="0B44CA72" w14:textId="77777777" w:rsidR="00D373A0" w:rsidRPr="00D373A0" w:rsidRDefault="00D373A0" w:rsidP="00D373A0">
            <w:r w:rsidRPr="00D373A0">
              <w:t>Septiembre</w:t>
            </w:r>
          </w:p>
        </w:tc>
        <w:tc>
          <w:tcPr>
            <w:tcW w:w="807" w:type="dxa"/>
          </w:tcPr>
          <w:p w14:paraId="69173D8B" w14:textId="797F1C07" w:rsidR="00D373A0" w:rsidRPr="00D373A0" w:rsidRDefault="00987C51" w:rsidP="00D373A0">
            <w:r>
              <w:t>19</w:t>
            </w:r>
          </w:p>
        </w:tc>
        <w:tc>
          <w:tcPr>
            <w:tcW w:w="933" w:type="dxa"/>
          </w:tcPr>
          <w:p w14:paraId="3BA0FE4C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2A488CAB" w14:textId="28FEA992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3C49348B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5F7189B7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21BD2DCA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71925EF8" w14:textId="7A93531E" w:rsidR="00D373A0" w:rsidRPr="00D373A0" w:rsidRDefault="008A7974" w:rsidP="00D373A0">
            <w:r>
              <w:t>C.C. Juan L. Ortiz/</w:t>
            </w:r>
          </w:p>
        </w:tc>
      </w:tr>
      <w:tr w:rsidR="00D373A0" w:rsidRPr="00D373A0" w14:paraId="28FF6EE3" w14:textId="77777777" w:rsidTr="00F31181">
        <w:tc>
          <w:tcPr>
            <w:tcW w:w="1300" w:type="dxa"/>
          </w:tcPr>
          <w:p w14:paraId="496CA18D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677E6840" w14:textId="26C99A72" w:rsidR="00D373A0" w:rsidRPr="00D373A0" w:rsidRDefault="00987C51" w:rsidP="00D373A0">
            <w:r>
              <w:t>2</w:t>
            </w:r>
          </w:p>
        </w:tc>
        <w:tc>
          <w:tcPr>
            <w:tcW w:w="933" w:type="dxa"/>
          </w:tcPr>
          <w:p w14:paraId="77724AC5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76AB5A81" w14:textId="64566794" w:rsidR="00D373A0" w:rsidRPr="00D373A0" w:rsidRDefault="00D373A0" w:rsidP="00D373A0">
            <w:r w:rsidRPr="00D373A0">
              <w:t>Ma. Eugenia Ballesteros</w:t>
            </w:r>
          </w:p>
        </w:tc>
        <w:tc>
          <w:tcPr>
            <w:tcW w:w="1805" w:type="dxa"/>
          </w:tcPr>
          <w:p w14:paraId="26BBF948" w14:textId="77777777" w:rsidR="00D373A0" w:rsidRPr="00D373A0" w:rsidRDefault="00D373A0" w:rsidP="00D373A0">
            <w:r w:rsidRPr="00D373A0">
              <w:t>Imagen, Comunicación y Mundo Laboral</w:t>
            </w:r>
          </w:p>
        </w:tc>
        <w:tc>
          <w:tcPr>
            <w:tcW w:w="1441" w:type="dxa"/>
          </w:tcPr>
          <w:p w14:paraId="145700B9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68C36A35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2BCE6B84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1DAAADF5" w14:textId="77777777" w:rsidTr="00F31181">
        <w:tc>
          <w:tcPr>
            <w:tcW w:w="1300" w:type="dxa"/>
          </w:tcPr>
          <w:p w14:paraId="6A4DBC53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433EAF64" w14:textId="05898C55" w:rsidR="00D373A0" w:rsidRPr="00D373A0" w:rsidRDefault="00987C51" w:rsidP="00D373A0">
            <w:r>
              <w:t>3</w:t>
            </w:r>
          </w:p>
        </w:tc>
        <w:tc>
          <w:tcPr>
            <w:tcW w:w="933" w:type="dxa"/>
          </w:tcPr>
          <w:p w14:paraId="56DB771A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3C75103D" w14:textId="0AE7F8E5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71FCCE4C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0A832728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6481F296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68444227" w14:textId="251D92BE" w:rsidR="00D373A0" w:rsidRPr="00D373A0" w:rsidRDefault="008A7974" w:rsidP="00D373A0">
            <w:r>
              <w:t>C.C. Juan L. Ortiz/</w:t>
            </w:r>
          </w:p>
        </w:tc>
      </w:tr>
      <w:tr w:rsidR="00D373A0" w:rsidRPr="00D373A0" w14:paraId="031F1D63" w14:textId="77777777" w:rsidTr="00F31181">
        <w:tc>
          <w:tcPr>
            <w:tcW w:w="1300" w:type="dxa"/>
          </w:tcPr>
          <w:p w14:paraId="37E05709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3477D59A" w14:textId="1CBB0BB4" w:rsidR="00D373A0" w:rsidRPr="00D373A0" w:rsidRDefault="00987C51" w:rsidP="00D373A0">
            <w:r>
              <w:t>16</w:t>
            </w:r>
          </w:p>
        </w:tc>
        <w:tc>
          <w:tcPr>
            <w:tcW w:w="933" w:type="dxa"/>
          </w:tcPr>
          <w:p w14:paraId="744A4CE9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617569EC" w14:textId="7A494029" w:rsidR="00D373A0" w:rsidRPr="00D373A0" w:rsidRDefault="00D373A0" w:rsidP="00D373A0">
            <w:r w:rsidRPr="00D373A0">
              <w:t>Ma. Eugenia Ballesteros</w:t>
            </w:r>
          </w:p>
        </w:tc>
        <w:tc>
          <w:tcPr>
            <w:tcW w:w="1805" w:type="dxa"/>
          </w:tcPr>
          <w:p w14:paraId="706D767F" w14:textId="77777777" w:rsidR="00D373A0" w:rsidRPr="00D373A0" w:rsidRDefault="00D373A0" w:rsidP="00D373A0">
            <w:r w:rsidRPr="00D373A0">
              <w:t>Imagen, Comunicación y Mundo Laboral</w:t>
            </w:r>
          </w:p>
        </w:tc>
        <w:tc>
          <w:tcPr>
            <w:tcW w:w="1441" w:type="dxa"/>
          </w:tcPr>
          <w:p w14:paraId="3267D854" w14:textId="77777777" w:rsidR="00D373A0" w:rsidRPr="00D373A0" w:rsidRDefault="00D373A0" w:rsidP="00D373A0">
            <w:r w:rsidRPr="00D373A0">
              <w:t>17–20</w:t>
            </w:r>
          </w:p>
        </w:tc>
        <w:tc>
          <w:tcPr>
            <w:tcW w:w="1294" w:type="dxa"/>
          </w:tcPr>
          <w:p w14:paraId="54E2E176" w14:textId="77777777" w:rsidR="00D373A0" w:rsidRPr="00D373A0" w:rsidRDefault="00D373A0" w:rsidP="00D373A0">
            <w:r w:rsidRPr="00D373A0">
              <w:t>Virtual</w:t>
            </w:r>
          </w:p>
        </w:tc>
        <w:tc>
          <w:tcPr>
            <w:tcW w:w="1139" w:type="dxa"/>
          </w:tcPr>
          <w:p w14:paraId="1EF048A1" w14:textId="77777777" w:rsidR="00D373A0" w:rsidRPr="00D373A0" w:rsidRDefault="00D373A0" w:rsidP="00D373A0">
            <w:r w:rsidRPr="00D373A0">
              <w:t>—</w:t>
            </w:r>
          </w:p>
        </w:tc>
      </w:tr>
      <w:tr w:rsidR="00D373A0" w:rsidRPr="00D373A0" w14:paraId="7887AFBB" w14:textId="77777777" w:rsidTr="00F31181">
        <w:tc>
          <w:tcPr>
            <w:tcW w:w="1300" w:type="dxa"/>
          </w:tcPr>
          <w:p w14:paraId="5BB70AB9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1823380C" w14:textId="2D1C9C06" w:rsidR="00D373A0" w:rsidRPr="00D373A0" w:rsidRDefault="00987C51" w:rsidP="00D373A0">
            <w:r>
              <w:t>17</w:t>
            </w:r>
          </w:p>
        </w:tc>
        <w:tc>
          <w:tcPr>
            <w:tcW w:w="933" w:type="dxa"/>
          </w:tcPr>
          <w:p w14:paraId="1A29F0DD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560A1338" w14:textId="01E38077" w:rsidR="00D373A0" w:rsidRPr="00D373A0" w:rsidRDefault="00D373A0" w:rsidP="00D373A0">
            <w:r w:rsidRPr="00D373A0">
              <w:t>M. Santos / A. Rocha</w:t>
            </w:r>
          </w:p>
        </w:tc>
        <w:tc>
          <w:tcPr>
            <w:tcW w:w="1805" w:type="dxa"/>
          </w:tcPr>
          <w:p w14:paraId="5B902961" w14:textId="77777777" w:rsidR="00D373A0" w:rsidRPr="00D373A0" w:rsidRDefault="00D373A0" w:rsidP="00D373A0">
            <w:r w:rsidRPr="00D373A0">
              <w:t>Diseño de Indumentaria / Moldería</w:t>
            </w:r>
          </w:p>
        </w:tc>
        <w:tc>
          <w:tcPr>
            <w:tcW w:w="1441" w:type="dxa"/>
          </w:tcPr>
          <w:p w14:paraId="44904681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6DED9BA7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4F7938DF" w14:textId="3ECDB104" w:rsidR="00D373A0" w:rsidRPr="00D373A0" w:rsidRDefault="008A7974" w:rsidP="00D373A0">
            <w:r>
              <w:t>C.C. Juan L. Ortiz/</w:t>
            </w:r>
          </w:p>
        </w:tc>
      </w:tr>
      <w:tr w:rsidR="00D373A0" w:rsidRPr="00D373A0" w14:paraId="723722FD" w14:textId="77777777" w:rsidTr="00F31181">
        <w:tc>
          <w:tcPr>
            <w:tcW w:w="1300" w:type="dxa"/>
          </w:tcPr>
          <w:p w14:paraId="086D8848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6D11E2A2" w14:textId="77777777" w:rsidR="00D373A0" w:rsidRPr="00D373A0" w:rsidRDefault="00D373A0" w:rsidP="00D373A0">
            <w:r w:rsidRPr="00D373A0">
              <w:t>30</w:t>
            </w:r>
          </w:p>
        </w:tc>
        <w:tc>
          <w:tcPr>
            <w:tcW w:w="933" w:type="dxa"/>
          </w:tcPr>
          <w:p w14:paraId="62304EB2" w14:textId="77777777" w:rsidR="00D373A0" w:rsidRPr="00D373A0" w:rsidRDefault="00D373A0" w:rsidP="00D373A0">
            <w:r w:rsidRPr="00D373A0">
              <w:t>Viernes</w:t>
            </w:r>
          </w:p>
        </w:tc>
        <w:tc>
          <w:tcPr>
            <w:tcW w:w="1327" w:type="dxa"/>
          </w:tcPr>
          <w:p w14:paraId="7247E797" w14:textId="790AD75A" w:rsidR="00D373A0" w:rsidRPr="00D373A0" w:rsidRDefault="006C6BC1" w:rsidP="00D373A0">
            <w:r>
              <w:t>Belén Antola</w:t>
            </w:r>
            <w:r w:rsidR="00D373A0" w:rsidRPr="00D373A0">
              <w:t>/ M. Santos</w:t>
            </w:r>
          </w:p>
        </w:tc>
        <w:tc>
          <w:tcPr>
            <w:tcW w:w="1805" w:type="dxa"/>
          </w:tcPr>
          <w:p w14:paraId="4B8C7F65" w14:textId="77777777" w:rsidR="00D373A0" w:rsidRPr="00D373A0" w:rsidRDefault="00D373A0" w:rsidP="00D373A0">
            <w:r w:rsidRPr="00D373A0">
              <w:t>Taller de producción de trabajo final</w:t>
            </w:r>
          </w:p>
        </w:tc>
        <w:tc>
          <w:tcPr>
            <w:tcW w:w="1441" w:type="dxa"/>
          </w:tcPr>
          <w:p w14:paraId="68002320" w14:textId="7A400DAD" w:rsidR="00D373A0" w:rsidRPr="00D373A0" w:rsidRDefault="00D373A0" w:rsidP="00D373A0">
            <w:r w:rsidRPr="00D373A0">
              <w:t>1</w:t>
            </w:r>
            <w:r w:rsidR="005B3719">
              <w:t>5</w:t>
            </w:r>
            <w:r w:rsidRPr="00D373A0">
              <w:t>–2</w:t>
            </w:r>
            <w:r w:rsidR="005B3719">
              <w:t>0</w:t>
            </w:r>
          </w:p>
        </w:tc>
        <w:tc>
          <w:tcPr>
            <w:tcW w:w="1294" w:type="dxa"/>
          </w:tcPr>
          <w:p w14:paraId="68506FDE" w14:textId="167A11AF" w:rsidR="00D373A0" w:rsidRPr="00D373A0" w:rsidRDefault="005B3719" w:rsidP="00D373A0">
            <w:r>
              <w:t>Presencial</w:t>
            </w:r>
          </w:p>
        </w:tc>
        <w:tc>
          <w:tcPr>
            <w:tcW w:w="1139" w:type="dxa"/>
          </w:tcPr>
          <w:p w14:paraId="70E09167" w14:textId="2A90D8F3" w:rsidR="00D373A0" w:rsidRPr="00D373A0" w:rsidRDefault="005B3719" w:rsidP="00D373A0">
            <w:r>
              <w:t>A consignar</w:t>
            </w:r>
          </w:p>
        </w:tc>
      </w:tr>
      <w:tr w:rsidR="00D373A0" w:rsidRPr="00D373A0" w14:paraId="666BB189" w14:textId="77777777" w:rsidTr="00F31181">
        <w:tc>
          <w:tcPr>
            <w:tcW w:w="1300" w:type="dxa"/>
          </w:tcPr>
          <w:p w14:paraId="48462671" w14:textId="77777777" w:rsidR="00D373A0" w:rsidRPr="00D373A0" w:rsidRDefault="00D373A0" w:rsidP="00D373A0">
            <w:r w:rsidRPr="00D373A0">
              <w:t>Octubre</w:t>
            </w:r>
          </w:p>
        </w:tc>
        <w:tc>
          <w:tcPr>
            <w:tcW w:w="807" w:type="dxa"/>
          </w:tcPr>
          <w:p w14:paraId="463D917F" w14:textId="77777777" w:rsidR="00D373A0" w:rsidRPr="00D373A0" w:rsidRDefault="00D373A0" w:rsidP="00D373A0">
            <w:r w:rsidRPr="00D373A0">
              <w:t>31</w:t>
            </w:r>
          </w:p>
        </w:tc>
        <w:tc>
          <w:tcPr>
            <w:tcW w:w="933" w:type="dxa"/>
          </w:tcPr>
          <w:p w14:paraId="430383D0" w14:textId="77777777" w:rsidR="00D373A0" w:rsidRPr="00D373A0" w:rsidRDefault="00D373A0" w:rsidP="00D373A0">
            <w:r w:rsidRPr="00D373A0">
              <w:t>Sábado</w:t>
            </w:r>
          </w:p>
        </w:tc>
        <w:tc>
          <w:tcPr>
            <w:tcW w:w="1327" w:type="dxa"/>
          </w:tcPr>
          <w:p w14:paraId="78E491C2" w14:textId="500F8D24" w:rsidR="00D373A0" w:rsidRPr="00D373A0" w:rsidRDefault="006C6BC1" w:rsidP="00D373A0">
            <w:r>
              <w:t>Belén Antola</w:t>
            </w:r>
            <w:r w:rsidR="00D373A0" w:rsidRPr="00D373A0">
              <w:t>/ M. Santos</w:t>
            </w:r>
          </w:p>
        </w:tc>
        <w:tc>
          <w:tcPr>
            <w:tcW w:w="1805" w:type="dxa"/>
          </w:tcPr>
          <w:p w14:paraId="73B8BF74" w14:textId="77777777" w:rsidR="00D373A0" w:rsidRPr="00D373A0" w:rsidRDefault="00D373A0" w:rsidP="00D373A0">
            <w:r w:rsidRPr="00D373A0">
              <w:t>Taller de producción de trabajo final</w:t>
            </w:r>
          </w:p>
        </w:tc>
        <w:tc>
          <w:tcPr>
            <w:tcW w:w="1441" w:type="dxa"/>
          </w:tcPr>
          <w:p w14:paraId="1195A846" w14:textId="77777777" w:rsidR="00D373A0" w:rsidRPr="00D373A0" w:rsidRDefault="00D373A0" w:rsidP="00D373A0">
            <w:r w:rsidRPr="00D373A0">
              <w:t>8–14</w:t>
            </w:r>
          </w:p>
        </w:tc>
        <w:tc>
          <w:tcPr>
            <w:tcW w:w="1294" w:type="dxa"/>
          </w:tcPr>
          <w:p w14:paraId="356544E5" w14:textId="77777777" w:rsidR="00D373A0" w:rsidRPr="00D373A0" w:rsidRDefault="00D373A0" w:rsidP="00D373A0">
            <w:r w:rsidRPr="00D373A0">
              <w:t>Presencial</w:t>
            </w:r>
          </w:p>
        </w:tc>
        <w:tc>
          <w:tcPr>
            <w:tcW w:w="1139" w:type="dxa"/>
          </w:tcPr>
          <w:p w14:paraId="0910D944" w14:textId="5356AA3C" w:rsidR="00D373A0" w:rsidRPr="00D373A0" w:rsidRDefault="008A7974" w:rsidP="00D373A0">
            <w:r>
              <w:t>C.C. Juan L. Ortiz</w:t>
            </w:r>
          </w:p>
        </w:tc>
      </w:tr>
    </w:tbl>
    <w:p w14:paraId="4C86B893" w14:textId="77777777" w:rsidR="00DA3CC0" w:rsidRPr="00D373A0" w:rsidRDefault="00DA3CC0" w:rsidP="00D373A0"/>
    <w:sectPr w:rsidR="00DA3CC0" w:rsidRPr="00D373A0" w:rsidSect="00D373A0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986F8" w14:textId="77777777" w:rsidR="008C12C8" w:rsidRDefault="008C12C8">
      <w:pPr>
        <w:spacing w:after="0" w:line="240" w:lineRule="auto"/>
      </w:pPr>
      <w:r>
        <w:separator/>
      </w:r>
    </w:p>
  </w:endnote>
  <w:endnote w:type="continuationSeparator" w:id="0">
    <w:p w14:paraId="34A11809" w14:textId="77777777" w:rsidR="008C12C8" w:rsidRDefault="008C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F5FFB" w14:textId="77777777" w:rsidR="008C12C8" w:rsidRDefault="008C12C8">
      <w:pPr>
        <w:spacing w:after="0" w:line="240" w:lineRule="auto"/>
      </w:pPr>
      <w:r>
        <w:separator/>
      </w:r>
    </w:p>
  </w:footnote>
  <w:footnote w:type="continuationSeparator" w:id="0">
    <w:p w14:paraId="25758DFE" w14:textId="77777777" w:rsidR="008C12C8" w:rsidRDefault="008C1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AF503" w14:textId="2F1B5B71" w:rsidR="00C26332" w:rsidRDefault="00C26332" w:rsidP="00D373A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765683">
    <w:abstractNumId w:val="8"/>
  </w:num>
  <w:num w:numId="2" w16cid:durableId="1289311883">
    <w:abstractNumId w:val="6"/>
  </w:num>
  <w:num w:numId="3" w16cid:durableId="1744983469">
    <w:abstractNumId w:val="5"/>
  </w:num>
  <w:num w:numId="4" w16cid:durableId="186480727">
    <w:abstractNumId w:val="4"/>
  </w:num>
  <w:num w:numId="5" w16cid:durableId="1342315465">
    <w:abstractNumId w:val="7"/>
  </w:num>
  <w:num w:numId="6" w16cid:durableId="1079600526">
    <w:abstractNumId w:val="3"/>
  </w:num>
  <w:num w:numId="7" w16cid:durableId="900555302">
    <w:abstractNumId w:val="2"/>
  </w:num>
  <w:num w:numId="8" w16cid:durableId="1651330537">
    <w:abstractNumId w:val="1"/>
  </w:num>
  <w:num w:numId="9" w16cid:durableId="668143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71DC"/>
    <w:rsid w:val="0015074B"/>
    <w:rsid w:val="001A7E63"/>
    <w:rsid w:val="0020336B"/>
    <w:rsid w:val="0029639D"/>
    <w:rsid w:val="00326F90"/>
    <w:rsid w:val="003442EF"/>
    <w:rsid w:val="004D7492"/>
    <w:rsid w:val="005B3719"/>
    <w:rsid w:val="006C6BC1"/>
    <w:rsid w:val="007213FE"/>
    <w:rsid w:val="007C235E"/>
    <w:rsid w:val="008A7974"/>
    <w:rsid w:val="008C12C8"/>
    <w:rsid w:val="008F140C"/>
    <w:rsid w:val="00965710"/>
    <w:rsid w:val="00987C51"/>
    <w:rsid w:val="009C565C"/>
    <w:rsid w:val="009F5659"/>
    <w:rsid w:val="00AA1D8D"/>
    <w:rsid w:val="00AC7AEC"/>
    <w:rsid w:val="00B47730"/>
    <w:rsid w:val="00C26332"/>
    <w:rsid w:val="00C41C5B"/>
    <w:rsid w:val="00CB0664"/>
    <w:rsid w:val="00D373A0"/>
    <w:rsid w:val="00DA3CC0"/>
    <w:rsid w:val="00EA208E"/>
    <w:rsid w:val="00EB1391"/>
    <w:rsid w:val="00EC6995"/>
    <w:rsid w:val="00F3118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1CE3A9"/>
  <w14:defaultImageDpi w14:val="300"/>
  <w15:docId w15:val="{E38ACEFD-D6B3-428B-B4CD-A6054A71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D37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431</Words>
  <Characters>2234</Characters>
  <Application>Microsoft Office Word</Application>
  <DocSecurity>0</DocSecurity>
  <Lines>319</Lines>
  <Paragraphs>204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Luisina Bourband</cp:lastModifiedBy>
  <cp:revision>4</cp:revision>
  <dcterms:created xsi:type="dcterms:W3CDTF">2013-12-23T23:15:00Z</dcterms:created>
  <dcterms:modified xsi:type="dcterms:W3CDTF">2026-05-04T14:53:00Z</dcterms:modified>
  <cp:category/>
</cp:coreProperties>
</file>